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Ćwiczenie 3 – dodawanie danych do tabel</w:t>
      </w:r>
    </w:p>
    <w:p>
      <w:pPr>
        <w:jc w:val="center"/>
      </w:pPr>
      <w:r>
        <w:rPr>
          <w:b/>
        </w:rPr>
        <w:t>XAMPP • phpMyAdmin • baza danych zarzad_zieleni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vAlign w:val="center"/>
            <w:shd w:fill="EAF3FF"/>
          </w:tcPr>
          <w:p>
            <w:r>
              <w:rPr>
                <w:b/>
              </w:rPr>
              <w:t xml:space="preserve">Cel ćwiczenia: </w:t>
            </w:r>
            <w:r>
              <w:t>uzupełnić tabele drzewa i ulice rekordami zgodnie z rysunkiem z podręcznika, a następnie sprawdzić wynik.</w:t>
            </w:r>
          </w:p>
        </w:tc>
      </w:tr>
    </w:tbl>
    <w:p/>
    <w:p>
      <w:pPr>
        <w:pStyle w:val="Heading1"/>
      </w:pPr>
      <w:r>
        <w:t>1. Uruchom XAMPP</w:t>
      </w:r>
    </w:p>
    <w:p>
      <w:pPr>
        <w:pStyle w:val="ListBullet"/>
      </w:pPr>
      <w:r>
        <w:t>Uruchom XAMPP Control Panel.</w:t>
      </w:r>
    </w:p>
    <w:p>
      <w:pPr>
        <w:pStyle w:val="ListBullet"/>
      </w:pPr>
      <w:r>
        <w:t>Kliknij Start przy Apache oraz MySQL.</w:t>
      </w:r>
    </w:p>
    <w:p>
      <w:pPr>
        <w:pStyle w:val="Heading1"/>
      </w:pPr>
      <w:r>
        <w:t>2. Otwórz phpMyAdmin</w:t>
      </w:r>
    </w:p>
    <w:p>
      <w:pPr>
        <w:pStyle w:val="ListBullet"/>
      </w:pPr>
      <w:r>
        <w:t>W przeglądarce wpisz: localhost/phpmyadmin</w:t>
      </w:r>
    </w:p>
    <w:p>
      <w:pPr>
        <w:pStyle w:val="ListBullet"/>
      </w:pPr>
      <w:r>
        <w:t>Po lewej stronie kliknij bazę zarzad_zieleni.</w:t>
      </w:r>
    </w:p>
    <w:p>
      <w:pPr>
        <w:pStyle w:val="Heading1"/>
      </w:pPr>
      <w:r>
        <w:t>3. Dodaj dane do tabeli drzewa</w:t>
      </w:r>
    </w:p>
    <w:p>
      <w:pPr>
        <w:pStyle w:val="ListBullet"/>
      </w:pPr>
      <w:r>
        <w:t>U góry kliknij zakładkę SQL.</w:t>
      </w:r>
    </w:p>
    <w:p>
      <w:pPr>
        <w:pStyle w:val="ListBullet"/>
      </w:pPr>
      <w:r>
        <w:t>W dużym polu usuń wcześniejsze zapytanie, jeśli jakieś jest, i wklej poniższy kod.</w:t>
      </w:r>
    </w:p>
    <w:p>
      <w:pPr>
        <w:pStyle w:val="KodSQL"/>
        <w:spacing w:before="120"/>
      </w:pPr>
      <w:r>
        <w:t>INSERT INTO drzewa (Gatunek, Rodzaj) VALUES</w:t>
      </w:r>
    </w:p>
    <w:p>
      <w:pPr>
        <w:pStyle w:val="KodSQL"/>
      </w:pPr>
      <w:r>
        <w:t>('świerk', 'iglaste'),</w:t>
      </w:r>
    </w:p>
    <w:p>
      <w:pPr>
        <w:pStyle w:val="KodSQL"/>
      </w:pPr>
      <w:r>
        <w:t>('klon', 'liściaste'),</w:t>
      </w:r>
    </w:p>
    <w:p>
      <w:pPr>
        <w:pStyle w:val="KodSQL"/>
      </w:pPr>
      <w:r>
        <w:t>('topola', 'liściaste'),</w:t>
      </w:r>
    </w:p>
    <w:p>
      <w:pPr>
        <w:pStyle w:val="KodSQL"/>
      </w:pPr>
      <w:r>
        <w:t>('sosna', 'iglaste'),</w:t>
      </w:r>
    </w:p>
    <w:p>
      <w:pPr>
        <w:pStyle w:val="KodSQL"/>
      </w:pPr>
      <w:r>
        <w:t>('brzoza', 'liściaste'),</w:t>
      </w:r>
    </w:p>
    <w:p>
      <w:pPr>
        <w:pStyle w:val="KodSQL"/>
      </w:pPr>
      <w:r>
        <w:t>('buk', 'liściaste'),</w:t>
      </w:r>
    </w:p>
    <w:p>
      <w:pPr>
        <w:pStyle w:val="KodSQL"/>
      </w:pPr>
      <w:r>
        <w:t>('jesion', 'liściaste'),</w:t>
      </w:r>
    </w:p>
    <w:p>
      <w:pPr>
        <w:pStyle w:val="KodSQL"/>
      </w:pPr>
      <w:r>
        <w:t>('olsza', 'liściaste'),</w:t>
      </w:r>
    </w:p>
    <w:p>
      <w:pPr>
        <w:pStyle w:val="KodSQL"/>
      </w:pPr>
      <w:r>
        <w:t>('lipa', 'liściaste'),</w:t>
      </w:r>
    </w:p>
    <w:p>
      <w:pPr>
        <w:pStyle w:val="KodSQL"/>
      </w:pPr>
      <w:r>
        <w:t>('modrzew', 'iglaste');</w:t>
      </w:r>
    </w:p>
    <w:p>
      <w:pPr>
        <w:pStyle w:val="ListBullet"/>
      </w:pPr>
      <w:r>
        <w:t>Kliknij Go / Wykonaj.</w:t>
      </w:r>
    </w:p>
    <w:p>
      <w:pPr>
        <w:pStyle w:val="ListBullet"/>
      </w:pPr>
      <w:r>
        <w:rPr>
          <w:b/>
        </w:rPr>
        <w:t xml:space="preserve">Nie wpisuj IDD ręcznie. </w:t>
      </w:r>
      <w:r>
        <w:t>AUTO_INCREMENT nada numery automatycznie.</w:t>
      </w:r>
    </w:p>
    <w:p>
      <w:pPr>
        <w:pStyle w:val="Heading1"/>
      </w:pPr>
      <w:r>
        <w:t>4. Sprawdź tabelę drzewa</w:t>
      </w:r>
    </w:p>
    <w:p>
      <w:pPr>
        <w:pStyle w:val="ListBullet"/>
      </w:pPr>
      <w:r>
        <w:t>Po lewej kliknij tabelę drzewa.</w:t>
      </w:r>
    </w:p>
    <w:p>
      <w:pPr>
        <w:pStyle w:val="ListBullet"/>
      </w:pPr>
      <w:r>
        <w:t>U góry kliknij Browse / Przeglądaj.</w:t>
      </w:r>
    </w:p>
    <w:p>
      <w:pPr>
        <w:pStyle w:val="ListBullet"/>
      </w:pPr>
      <w:r>
        <w:t>Powinno być 10 rekordów (IDD od 1 do 10).</w:t>
      </w:r>
    </w:p>
    <w:p>
      <w:pPr>
        <w:pStyle w:val="Heading1"/>
      </w:pPr>
      <w:r>
        <w:t>5. Dodaj dane do tabeli ulice</w:t>
      </w:r>
    </w:p>
    <w:p>
      <w:pPr>
        <w:pStyle w:val="ListBullet"/>
      </w:pPr>
      <w:r>
        <w:t>Po lewej kliknij bazę zarzad_zieleni.</w:t>
      </w:r>
    </w:p>
    <w:p>
      <w:pPr>
        <w:pStyle w:val="ListBullet"/>
      </w:pPr>
      <w:r>
        <w:t>U góry kliknij zakładkę SQL.</w:t>
      </w:r>
    </w:p>
    <w:p>
      <w:pPr>
        <w:pStyle w:val="ListBullet"/>
      </w:pPr>
      <w:r>
        <w:t>Wklej poniższy kod.</w:t>
      </w:r>
    </w:p>
    <w:p>
      <w:pPr>
        <w:pStyle w:val="KodSQL"/>
        <w:spacing w:before="120"/>
      </w:pPr>
      <w:r>
        <w:t>INSERT INTO ulice (Ulica) VALUES</w:t>
      </w:r>
    </w:p>
    <w:p>
      <w:pPr>
        <w:pStyle w:val="KodSQL"/>
      </w:pPr>
      <w:r>
        <w:t>('Piaskowa'),</w:t>
      </w:r>
    </w:p>
    <w:p>
      <w:pPr>
        <w:pStyle w:val="KodSQL"/>
      </w:pPr>
      <w:r>
        <w:t>('Kwiatowa'),</w:t>
      </w:r>
    </w:p>
    <w:p>
      <w:pPr>
        <w:pStyle w:val="KodSQL"/>
      </w:pPr>
      <w:r>
        <w:t>('Transportowa'),</w:t>
      </w:r>
    </w:p>
    <w:p>
      <w:pPr>
        <w:pStyle w:val="KodSQL"/>
      </w:pPr>
      <w:r>
        <w:t>('Szeroka'),</w:t>
      </w:r>
    </w:p>
    <w:p>
      <w:pPr>
        <w:pStyle w:val="KodSQL"/>
      </w:pPr>
      <w:r>
        <w:t>('Kręta'),</w:t>
      </w:r>
    </w:p>
    <w:p>
      <w:pPr>
        <w:pStyle w:val="KodSQL"/>
      </w:pPr>
      <w:r>
        <w:t>('Długa');</w:t>
      </w:r>
    </w:p>
    <w:p>
      <w:pPr>
        <w:pStyle w:val="ListBullet"/>
      </w:pPr>
      <w:r>
        <w:t>Kliknij Go / Wykonaj.</w:t>
      </w:r>
    </w:p>
    <w:p>
      <w:pPr>
        <w:pStyle w:val="Heading1"/>
      </w:pPr>
      <w:r>
        <w:t>6. Sprawdź tabelę ulice</w:t>
      </w:r>
    </w:p>
    <w:p>
      <w:pPr>
        <w:pStyle w:val="ListBullet"/>
      </w:pPr>
      <w:r>
        <w:t>Po lewej kliknij tabelę ulice.</w:t>
      </w:r>
    </w:p>
    <w:p>
      <w:pPr>
        <w:pStyle w:val="ListBullet"/>
      </w:pPr>
      <w:r>
        <w:t>U góry kliknij Browse / Przeglądaj.</w:t>
      </w:r>
    </w:p>
    <w:p>
      <w:pPr>
        <w:pStyle w:val="ListBullet"/>
      </w:pPr>
      <w:r>
        <w:t>Powinno być 6 rekordów (IDU od 1 do 6).</w:t>
      </w:r>
    </w:p>
    <w:p>
      <w:pPr>
        <w:pStyle w:val="Heading1"/>
      </w:pPr>
      <w:r>
        <w:t>7. Dodatkowa kontrola poleceniem SELECT</w:t>
      </w:r>
    </w:p>
    <w:p>
      <w:r>
        <w:t>Jeżeli chcesz sprawdzić obie tabele przez SQL, wykonaj kolejno:</w:t>
      </w:r>
    </w:p>
    <w:p>
      <w:pPr>
        <w:pStyle w:val="KodSQL"/>
      </w:pPr>
      <w:r>
        <w:t>SELECT * FROM drzewa;</w:t>
      </w:r>
    </w:p>
    <w:p>
      <w:pPr>
        <w:pStyle w:val="KodSQL"/>
      </w:pPr>
      <w:r>
        <w:t>SELECT * FROM ulice;</w:t>
      </w:r>
    </w:p>
    <w:p>
      <w:r>
        <w:rPr>
          <w:b/>
        </w:rPr>
        <w:t>Ćwiczenie 3 jest wykonane poprawnie, gdy:</w:t>
      </w:r>
    </w:p>
    <w:p>
      <w:pPr>
        <w:pStyle w:val="ListBullet"/>
      </w:pPr>
      <w:r>
        <w:t>tabela drzewa ma 10 rekordów,</w:t>
      </w:r>
    </w:p>
    <w:p>
      <w:pPr>
        <w:pStyle w:val="ListBullet"/>
      </w:pPr>
      <w:r>
        <w:t>tabela ulice ma 6 rekordów,</w:t>
      </w:r>
    </w:p>
    <w:p>
      <w:pPr>
        <w:pStyle w:val="ListBullet"/>
      </w:pPr>
      <w:r>
        <w:t>numery IDD i IDU zostały nadane automatycznie.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FF4CC"/>
          </w:tcPr>
          <w:p>
            <w:r>
              <w:rPr>
                <w:b/>
              </w:rPr>
              <w:t xml:space="preserve">Uwaga: </w:t>
            </w:r>
            <w:r>
              <w:t>jeżeli wykonasz ten sam INSERT drugi raz, rekordy zostaną dodane ponownie. Jeśli dane są już w tabeli, nie uruchamiaj ponownie tego samego polecenia.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Ćwiczenie 3 – XAMPP / phpMyAdmin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odSQL">
    <w:name w:val="Kod SQL"/>
    <w:pPr>
      <w:spacing w:before="60" w:after="60"/>
    </w:pPr>
    <w:rPr>
      <w:rFonts w:ascii="Consolas" w:hAnsi="Consolas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